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05F" w:rsidRDefault="006441FA" w:rsidP="000F56AF">
      <w:pPr>
        <w:spacing w:after="0"/>
        <w:jc w:val="center"/>
      </w:pPr>
      <w:bookmarkStart w:id="0" w:name="_GoBack"/>
      <w:bookmarkEnd w:id="0"/>
      <w:r>
        <w:rPr>
          <w:b/>
          <w:sz w:val="28"/>
        </w:rPr>
        <w:t>DESHBANDHU COLLEGE</w:t>
      </w:r>
    </w:p>
    <w:p w:rsidR="0077105F" w:rsidRDefault="006441FA" w:rsidP="000F56AF">
      <w:pPr>
        <w:spacing w:after="0"/>
        <w:jc w:val="center"/>
      </w:pPr>
      <w:r>
        <w:rPr>
          <w:b/>
        </w:rPr>
        <w:t>(University of Delhi)</w:t>
      </w:r>
    </w:p>
    <w:p w:rsidR="0077105F" w:rsidRDefault="006441FA" w:rsidP="000F56AF">
      <w:pPr>
        <w:spacing w:after="0"/>
        <w:jc w:val="center"/>
      </w:pPr>
      <w:r>
        <w:rPr>
          <w:b/>
        </w:rPr>
        <w:t>Kalkaji, New Delhi – 110019</w:t>
      </w:r>
    </w:p>
    <w:p w:rsidR="0077105F" w:rsidRDefault="006441FA" w:rsidP="006441FA">
      <w:pPr>
        <w:spacing w:after="0"/>
        <w:jc w:val="right"/>
      </w:pPr>
      <w:r>
        <w:rPr>
          <w:b/>
        </w:rPr>
        <w:t>21 August 2026</w:t>
      </w:r>
    </w:p>
    <w:p w:rsidR="0077105F" w:rsidRDefault="0077105F"/>
    <w:p w:rsidR="0077105F" w:rsidRDefault="006441FA">
      <w:pPr>
        <w:jc w:val="center"/>
      </w:pPr>
      <w:r>
        <w:rPr>
          <w:b/>
          <w:sz w:val="28"/>
        </w:rPr>
        <w:t>NOTICE</w:t>
      </w:r>
    </w:p>
    <w:p w:rsidR="0077105F" w:rsidRDefault="006441FA">
      <w:pPr>
        <w:jc w:val="center"/>
      </w:pPr>
      <w:r>
        <w:rPr>
          <w:b/>
          <w:sz w:val="24"/>
        </w:rPr>
        <w:t>Merit-Based Admissions (Physical Mode) – Academic Session 2026–27</w:t>
      </w:r>
    </w:p>
    <w:p w:rsidR="0077105F" w:rsidRDefault="006441FA">
      <w:r>
        <w:t xml:space="preserve">Applications are invited for </w:t>
      </w:r>
      <w:r>
        <w:rPr>
          <w:b/>
        </w:rPr>
        <w:t>Merit-Based Admissions in Physical Mode</w:t>
      </w:r>
      <w:r>
        <w:t xml:space="preserve"> for the following undergraduate courses:</w:t>
      </w:r>
    </w:p>
    <w:p w:rsidR="0077105F" w:rsidRDefault="006441FA">
      <w:pPr>
        <w:pStyle w:val="ListNumber"/>
      </w:pPr>
      <w:r>
        <w:t>B.A. (Hons.) Sanskrit</w:t>
      </w:r>
    </w:p>
    <w:p w:rsidR="0077105F" w:rsidRDefault="006441FA">
      <w:pPr>
        <w:pStyle w:val="ListNumber"/>
      </w:pPr>
      <w:r>
        <w:t>B.Sc. Applied Physical Science with Industrial Chemistry</w:t>
      </w:r>
    </w:p>
    <w:p w:rsidR="0077105F" w:rsidRDefault="006441FA">
      <w:pPr>
        <w:pStyle w:val="ListNumber"/>
      </w:pPr>
      <w:r>
        <w:t>B.Sc. Physical Sciences with Chemistry</w:t>
      </w:r>
    </w:p>
    <w:p w:rsidR="0077105F" w:rsidRDefault="006441FA">
      <w:r>
        <w:rPr>
          <w:b/>
          <w:sz w:val="24"/>
        </w:rPr>
        <w:t>IMPORTANT INSTRUCTIONS</w:t>
      </w:r>
    </w:p>
    <w:p w:rsidR="0077105F" w:rsidRDefault="006441FA">
      <w:pPr>
        <w:pStyle w:val="ListBullet"/>
      </w:pPr>
      <w:r>
        <w:t>Admissions shall be made strictly on the basis of Class XII marks and the availability of seats.</w:t>
      </w:r>
    </w:p>
    <w:p w:rsidR="0077105F" w:rsidRDefault="006441FA">
      <w:pPr>
        <w:pStyle w:val="ListBullet"/>
      </w:pPr>
      <w:r>
        <w:t>Eligibility shall be determined in accordance with the University of Delhi Undergraduate Admission Guidelines.</w:t>
      </w:r>
    </w:p>
    <w:p w:rsidR="0077105F" w:rsidRDefault="006441FA">
      <w:pPr>
        <w:pStyle w:val="ListBullet"/>
      </w:pPr>
      <w:r>
        <w:t xml:space="preserve">Students are required to fill out the registration form at: </w:t>
      </w:r>
      <w:hyperlink r:id="rId6" w:history="1">
        <w:r w:rsidRPr="000F56AF">
          <w:rPr>
            <w:rStyle w:val="Hyperlink"/>
            <w:b/>
          </w:rPr>
          <w:t>https://forms.gle/vGNUgyMEX92MuXMC8</w:t>
        </w:r>
      </w:hyperlink>
    </w:p>
    <w:p w:rsidR="0077105F" w:rsidRDefault="006441FA">
      <w:pPr>
        <w:pStyle w:val="ListBullet"/>
      </w:pPr>
      <w:r>
        <w:t>Details of course-wise and category-wise vacant seats are enclosed.</w:t>
      </w:r>
    </w:p>
    <w:p w:rsidR="0077105F" w:rsidRDefault="006441FA">
      <w:r>
        <w:rPr>
          <w:b/>
          <w:sz w:val="24"/>
        </w:rPr>
        <w:t>Schedule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63"/>
        <w:gridCol w:w="4963"/>
      </w:tblGrid>
      <w:tr w:rsidR="0077105F">
        <w:trPr>
          <w:jc w:val="center"/>
        </w:trPr>
        <w:tc>
          <w:tcPr>
            <w:tcW w:w="4968" w:type="dxa"/>
            <w:vAlign w:val="center"/>
          </w:tcPr>
          <w:p w:rsidR="0077105F" w:rsidRDefault="006441FA">
            <w:r>
              <w:rPr>
                <w:b/>
              </w:rPr>
              <w:t>Activity</w:t>
            </w:r>
          </w:p>
        </w:tc>
        <w:tc>
          <w:tcPr>
            <w:tcW w:w="4968" w:type="dxa"/>
            <w:vAlign w:val="center"/>
          </w:tcPr>
          <w:p w:rsidR="0077105F" w:rsidRDefault="006441FA">
            <w:r>
              <w:rPr>
                <w:b/>
              </w:rPr>
              <w:t>Date &amp; Time</w:t>
            </w:r>
          </w:p>
        </w:tc>
      </w:tr>
      <w:tr w:rsidR="0077105F">
        <w:trPr>
          <w:jc w:val="center"/>
        </w:trPr>
        <w:tc>
          <w:tcPr>
            <w:tcW w:w="4968" w:type="dxa"/>
          </w:tcPr>
          <w:p w:rsidR="0077105F" w:rsidRDefault="006441FA">
            <w:r>
              <w:t>Last date for submission of Registration Form</w:t>
            </w:r>
          </w:p>
        </w:tc>
        <w:tc>
          <w:tcPr>
            <w:tcW w:w="4968" w:type="dxa"/>
          </w:tcPr>
          <w:p w:rsidR="0077105F" w:rsidRDefault="00523248">
            <w:r>
              <w:t>28</w:t>
            </w:r>
            <w:r w:rsidR="006441FA">
              <w:t xml:space="preserve"> August 2026, 1:00 PM</w:t>
            </w:r>
          </w:p>
        </w:tc>
      </w:tr>
      <w:tr w:rsidR="0077105F">
        <w:trPr>
          <w:jc w:val="center"/>
        </w:trPr>
        <w:tc>
          <w:tcPr>
            <w:tcW w:w="4968" w:type="dxa"/>
          </w:tcPr>
          <w:p w:rsidR="0077105F" w:rsidRDefault="006441FA">
            <w:r>
              <w:t>Display of Merit List</w:t>
            </w:r>
          </w:p>
        </w:tc>
        <w:tc>
          <w:tcPr>
            <w:tcW w:w="4968" w:type="dxa"/>
          </w:tcPr>
          <w:p w:rsidR="0077105F" w:rsidRDefault="00523248" w:rsidP="00523248">
            <w:r>
              <w:t>01</w:t>
            </w:r>
            <w:r w:rsidR="006441FA">
              <w:t xml:space="preserve"> </w:t>
            </w:r>
            <w:r>
              <w:t xml:space="preserve">September </w:t>
            </w:r>
            <w:r w:rsidR="006441FA">
              <w:t xml:space="preserve">2026, </w:t>
            </w:r>
            <w:r>
              <w:t>12:3</w:t>
            </w:r>
            <w:r w:rsidR="006441FA">
              <w:t>0 PM</w:t>
            </w:r>
          </w:p>
        </w:tc>
      </w:tr>
      <w:tr w:rsidR="0077105F">
        <w:trPr>
          <w:jc w:val="center"/>
        </w:trPr>
        <w:tc>
          <w:tcPr>
            <w:tcW w:w="4968" w:type="dxa"/>
          </w:tcPr>
          <w:p w:rsidR="0077105F" w:rsidRDefault="006441FA">
            <w:r>
              <w:t>Verification of Documents, Confirmation of Admission and Fee Payment</w:t>
            </w:r>
          </w:p>
        </w:tc>
        <w:tc>
          <w:tcPr>
            <w:tcW w:w="4968" w:type="dxa"/>
          </w:tcPr>
          <w:p w:rsidR="0077105F" w:rsidRDefault="006441FA">
            <w:r>
              <w:t>2-3 September 2026</w:t>
            </w:r>
          </w:p>
        </w:tc>
      </w:tr>
      <w:tr w:rsidR="0077105F">
        <w:trPr>
          <w:jc w:val="center"/>
        </w:trPr>
        <w:tc>
          <w:tcPr>
            <w:tcW w:w="4968" w:type="dxa"/>
          </w:tcPr>
          <w:p w:rsidR="0077105F" w:rsidRDefault="006441FA">
            <w:r>
              <w:t>Last Date of Fee Payment</w:t>
            </w:r>
          </w:p>
        </w:tc>
        <w:tc>
          <w:tcPr>
            <w:tcW w:w="4968" w:type="dxa"/>
          </w:tcPr>
          <w:p w:rsidR="0077105F" w:rsidRDefault="006441FA">
            <w:r>
              <w:t>4 September 2026 (up to 5:00 PM)</w:t>
            </w:r>
          </w:p>
        </w:tc>
      </w:tr>
    </w:tbl>
    <w:p w:rsidR="0077105F" w:rsidRDefault="006441FA">
      <w:r>
        <w:t xml:space="preserve">For detailed eligibility criteria and other admission </w:t>
      </w:r>
      <w:r w:rsidR="000F56AF">
        <w:t xml:space="preserve">related information </w:t>
      </w:r>
      <w:r>
        <w:t>applicants are advised to refer to the Bulletin of Informatio</w:t>
      </w:r>
      <w:r w:rsidR="000F56AF">
        <w:t xml:space="preserve">n </w:t>
      </w:r>
      <w:r>
        <w:t xml:space="preserve">University of Delhi </w:t>
      </w:r>
      <w:r w:rsidR="000F56AF">
        <w:t>2026–27</w:t>
      </w:r>
      <w:r>
        <w:t xml:space="preserve"> available on the College and University of Delhi websites.</w:t>
      </w:r>
    </w:p>
    <w:p w:rsidR="0077105F" w:rsidRDefault="006441FA">
      <w:r>
        <w:rPr>
          <w:b/>
          <w:sz w:val="24"/>
        </w:rPr>
        <w:t>Admission Help Desk</w:t>
      </w:r>
    </w:p>
    <w:p w:rsidR="0077105F" w:rsidRDefault="006441FA">
      <w:r>
        <w:t>For</w:t>
      </w:r>
      <w:r w:rsidR="000F56AF">
        <w:t xml:space="preserve"> any admission-related queries </w:t>
      </w:r>
      <w:r>
        <w:t>applicants may contact:</w:t>
      </w:r>
    </w:p>
    <w:p w:rsidR="0077105F" w:rsidRDefault="006441FA" w:rsidP="006441FA">
      <w:pPr>
        <w:pStyle w:val="ListNumber"/>
        <w:numPr>
          <w:ilvl w:val="0"/>
          <w:numId w:val="11"/>
        </w:numPr>
      </w:pPr>
      <w:r>
        <w:t>Prof. Anand Kumar – 9873383330</w:t>
      </w:r>
    </w:p>
    <w:p w:rsidR="0077105F" w:rsidRDefault="006441FA" w:rsidP="006441FA">
      <w:pPr>
        <w:pStyle w:val="ListNumber"/>
        <w:numPr>
          <w:ilvl w:val="0"/>
          <w:numId w:val="11"/>
        </w:numPr>
      </w:pPr>
      <w:r>
        <w:t>Dr. Prabha Arya – 9811074295</w:t>
      </w:r>
    </w:p>
    <w:p w:rsidR="0077105F" w:rsidRDefault="006441FA" w:rsidP="006441FA">
      <w:pPr>
        <w:pStyle w:val="ListNumber"/>
        <w:numPr>
          <w:ilvl w:val="0"/>
          <w:numId w:val="11"/>
        </w:numPr>
      </w:pPr>
      <w:r>
        <w:t>Dr. Sanehlata Pawar – 9560891299</w:t>
      </w:r>
    </w:p>
    <w:p w:rsidR="0077105F" w:rsidRDefault="006441FA" w:rsidP="006441FA">
      <w:pPr>
        <w:pStyle w:val="ListNumber"/>
        <w:numPr>
          <w:ilvl w:val="0"/>
          <w:numId w:val="11"/>
        </w:numPr>
      </w:pPr>
      <w:r>
        <w:t>Prof. Ishwar Dutt Vats – 9811462851</w:t>
      </w:r>
    </w:p>
    <w:p w:rsidR="0077105F" w:rsidRDefault="006441FA" w:rsidP="006441FA">
      <w:pPr>
        <w:pStyle w:val="ListNumber"/>
        <w:numPr>
          <w:ilvl w:val="0"/>
          <w:numId w:val="11"/>
        </w:numPr>
      </w:pPr>
      <w:r>
        <w:t>Dr. Archana Tripathi – 9810888759</w:t>
      </w:r>
    </w:p>
    <w:p w:rsidR="0077105F" w:rsidRDefault="006441FA">
      <w:r>
        <w:rPr>
          <w:b/>
        </w:rPr>
        <w:t xml:space="preserve">Email for admission-related matters: </w:t>
      </w:r>
      <w:r>
        <w:t>ugadmissionsdbc@db.du.ac.in</w:t>
      </w:r>
    </w:p>
    <w:p w:rsidR="0077105F" w:rsidRDefault="006441FA">
      <w:pPr>
        <w:jc w:val="right"/>
      </w:pPr>
      <w:proofErr w:type="spellStart"/>
      <w:r>
        <w:rPr>
          <w:b/>
        </w:rPr>
        <w:t>Sd</w:t>
      </w:r>
      <w:proofErr w:type="spellEnd"/>
      <w:r>
        <w:rPr>
          <w:b/>
        </w:rPr>
        <w:t>/-</w:t>
      </w:r>
      <w:r>
        <w:rPr>
          <w:b/>
        </w:rPr>
        <w:br/>
        <w:t>Principal</w:t>
      </w:r>
    </w:p>
    <w:sectPr w:rsidR="0077105F" w:rsidSect="000F56AF">
      <w:pgSz w:w="12240" w:h="15840"/>
      <w:pgMar w:top="56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8C5CDE"/>
    <w:multiLevelType w:val="hybridMultilevel"/>
    <w:tmpl w:val="D5501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04026E"/>
    <w:multiLevelType w:val="hybridMultilevel"/>
    <w:tmpl w:val="CD12E2B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F56AF"/>
    <w:rsid w:val="0015074B"/>
    <w:rsid w:val="0029639D"/>
    <w:rsid w:val="00326F90"/>
    <w:rsid w:val="00523248"/>
    <w:rsid w:val="006441FA"/>
    <w:rsid w:val="0077105F"/>
    <w:rsid w:val="009910B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67BFFCF-B855-4827-B574-018CFF514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0F56A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6A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F56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vGNUgyMEX92MuXMC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BEACE-2EF0-4447-85F9-558A262F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cp:lastPrinted>2026-08-21T10:24:00Z</cp:lastPrinted>
  <dcterms:created xsi:type="dcterms:W3CDTF">2026-08-21T10:42:00Z</dcterms:created>
  <dcterms:modified xsi:type="dcterms:W3CDTF">2026-08-21T10:42:00Z</dcterms:modified>
  <cp:category/>
</cp:coreProperties>
</file>